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12828" w14:textId="77777777" w:rsidR="003C34A5" w:rsidRDefault="00000000">
      <w:pPr>
        <w:pStyle w:val="Title"/>
      </w:pPr>
      <w:r>
        <w:t>Siksha Guru Self-Assessment Checklist for Grihastha Counselors</w:t>
      </w:r>
    </w:p>
    <w:p w14:paraId="5DAE4E76" w14:textId="77777777" w:rsidR="003C34A5" w:rsidRDefault="00000000">
      <w:r>
        <w:t>This checklist is designed to help Grihastha Counselors in ISKCON communities assess their readiness and effectiveness as Siksha Gurus. It is based on the teachings of Srila Prabhupada and the tradition of guru-disciple relationships in Gaudiya Vaishnavism.</w:t>
      </w:r>
    </w:p>
    <w:p w14:paraId="0304ED19" w14:textId="77777777" w:rsidR="003C34A5" w:rsidRDefault="00000000">
      <w:pPr>
        <w:pStyle w:val="Heading1"/>
      </w:pPr>
      <w:r>
        <w:t>✅ Spiritual Sadhana</w:t>
      </w:r>
    </w:p>
    <w:p w14:paraId="6F087E98" w14:textId="77777777" w:rsidR="003C34A5" w:rsidRDefault="00000000">
      <w:pPr>
        <w:pStyle w:val="ListBullet"/>
      </w:pPr>
      <w:r>
        <w:t>☐ Do I chant at least 16 rounds daily and follow the 4 regulative principles strictly?</w:t>
      </w:r>
    </w:p>
    <w:p w14:paraId="33ED74FF" w14:textId="77777777" w:rsidR="003C34A5" w:rsidRDefault="00000000">
      <w:pPr>
        <w:pStyle w:val="ListBullet"/>
      </w:pPr>
      <w:r>
        <w:t>☐ Do I regularly read and study Srila Prabhupada’s books?</w:t>
      </w:r>
    </w:p>
    <w:p w14:paraId="37AE3B12" w14:textId="77777777" w:rsidR="003C34A5" w:rsidRDefault="00000000">
      <w:pPr>
        <w:pStyle w:val="ListBullet"/>
      </w:pPr>
      <w:r>
        <w:t>☐ Do I attend or listen to classes regularly?</w:t>
      </w:r>
    </w:p>
    <w:p w14:paraId="321CF29D" w14:textId="77777777" w:rsidR="003C34A5" w:rsidRDefault="00000000">
      <w:pPr>
        <w:pStyle w:val="Heading1"/>
      </w:pPr>
      <w:r>
        <w:t>✅ Behavior and Character</w:t>
      </w:r>
    </w:p>
    <w:p w14:paraId="1B94390B" w14:textId="77777777" w:rsidR="003C34A5" w:rsidRDefault="00000000">
      <w:pPr>
        <w:pStyle w:val="ListBullet"/>
      </w:pPr>
      <w:r>
        <w:t>☐ Do I maintain humility, patience, and compassion in my interactions?</w:t>
      </w:r>
    </w:p>
    <w:p w14:paraId="205D23D4" w14:textId="77777777" w:rsidR="003C34A5" w:rsidRDefault="00000000">
      <w:pPr>
        <w:pStyle w:val="ListBullet"/>
      </w:pPr>
      <w:r>
        <w:t>☐ Do I live a clean and exemplary grihastha life, inspiring others by example?</w:t>
      </w:r>
    </w:p>
    <w:p w14:paraId="303444C6" w14:textId="77777777" w:rsidR="003C34A5" w:rsidRDefault="00000000">
      <w:pPr>
        <w:pStyle w:val="ListBullet"/>
      </w:pPr>
      <w:r>
        <w:t>☐ Do I avoid criticizing devotees or ISKCON authorities?</w:t>
      </w:r>
    </w:p>
    <w:p w14:paraId="603F21B7" w14:textId="77777777" w:rsidR="003C34A5" w:rsidRDefault="00000000">
      <w:pPr>
        <w:pStyle w:val="Heading1"/>
      </w:pPr>
      <w:r>
        <w:t>✅ Instruction and Guidance</w:t>
      </w:r>
    </w:p>
    <w:p w14:paraId="70FD55C0" w14:textId="77777777" w:rsidR="003C34A5" w:rsidRDefault="00000000">
      <w:pPr>
        <w:pStyle w:val="ListBullet"/>
      </w:pPr>
      <w:r>
        <w:t>☐ Do I guide devotees based on shastra (scripture) and Srila Prabhupada’s teachings?</w:t>
      </w:r>
    </w:p>
    <w:p w14:paraId="41CF92A6" w14:textId="77777777" w:rsidR="003C34A5" w:rsidRDefault="00000000">
      <w:pPr>
        <w:pStyle w:val="ListBullet"/>
      </w:pPr>
      <w:r>
        <w:t>☐ Do I help devotees make spiritual decisions without controlling them?</w:t>
      </w:r>
    </w:p>
    <w:p w14:paraId="5339B35C" w14:textId="77777777" w:rsidR="003C34A5" w:rsidRDefault="00000000">
      <w:pPr>
        <w:pStyle w:val="ListBullet"/>
      </w:pPr>
      <w:r>
        <w:t>☐ Do I encourage devotees to deepen their connection with Srila Prabhupada?</w:t>
      </w:r>
    </w:p>
    <w:p w14:paraId="67A2AE15" w14:textId="77777777" w:rsidR="003C34A5" w:rsidRDefault="00000000">
      <w:pPr>
        <w:pStyle w:val="Heading1"/>
      </w:pPr>
      <w:r>
        <w:t>✅ Loyalty and Alignment</w:t>
      </w:r>
    </w:p>
    <w:p w14:paraId="66FD376A" w14:textId="77777777" w:rsidR="003C34A5" w:rsidRDefault="00000000">
      <w:pPr>
        <w:pStyle w:val="ListBullet"/>
      </w:pPr>
      <w:r>
        <w:t>☐ Am I loyal to Srila Prabhupada and the current ISKCON leadership (GBC and temple authorities)?</w:t>
      </w:r>
    </w:p>
    <w:p w14:paraId="1B43CAE8" w14:textId="77777777" w:rsidR="003C34A5" w:rsidRDefault="00000000">
      <w:pPr>
        <w:pStyle w:val="ListBullet"/>
      </w:pPr>
      <w:r>
        <w:t>☐ Do I present Srila Prabhupada as the Founder-Acharya and pre-eminent siksha guru of ISKCON?</w:t>
      </w:r>
    </w:p>
    <w:p w14:paraId="12CBE141" w14:textId="77777777" w:rsidR="003C34A5" w:rsidRDefault="00000000">
      <w:pPr>
        <w:pStyle w:val="ListBullet"/>
      </w:pPr>
      <w:r>
        <w:t>☐ Do I cooperate harmoniously within the local temple community?</w:t>
      </w:r>
    </w:p>
    <w:p w14:paraId="328D2C38" w14:textId="77777777" w:rsidR="003C34A5" w:rsidRDefault="00000000">
      <w:pPr>
        <w:pStyle w:val="Heading1"/>
      </w:pPr>
      <w:r>
        <w:t>✅ Relationship with Devotees</w:t>
      </w:r>
    </w:p>
    <w:p w14:paraId="6CE61D42" w14:textId="77777777" w:rsidR="003C34A5" w:rsidRDefault="00000000">
      <w:pPr>
        <w:pStyle w:val="ListBullet"/>
      </w:pPr>
      <w:r>
        <w:t>☐ Do the devotees under my care feel safe, heard, and spiritually nourished?</w:t>
      </w:r>
    </w:p>
    <w:p w14:paraId="52FD60AA" w14:textId="77777777" w:rsidR="003C34A5" w:rsidRDefault="00000000">
      <w:pPr>
        <w:pStyle w:val="ListBullet"/>
      </w:pPr>
      <w:r>
        <w:t>☐ Do I encourage them to take shelter of guru-parampara and not of my personality?</w:t>
      </w:r>
    </w:p>
    <w:p w14:paraId="5D7244FB" w14:textId="77777777" w:rsidR="003C34A5" w:rsidRDefault="00000000">
      <w:pPr>
        <w:pStyle w:val="ListBullet"/>
      </w:pPr>
      <w:r>
        <w:t>☐ Do I respect their free will in choosing diksha or siksha gurus?</w:t>
      </w:r>
    </w:p>
    <w:p w14:paraId="03CD2841" w14:textId="77777777" w:rsidR="003C34A5" w:rsidRDefault="00000000">
      <w:pPr>
        <w:pStyle w:val="Heading1"/>
      </w:pPr>
      <w:r>
        <w:t>🕉️ Bonus Reflective Questions</w:t>
      </w:r>
    </w:p>
    <w:p w14:paraId="708DFBA2" w14:textId="77777777" w:rsidR="003C34A5" w:rsidRDefault="00000000">
      <w:pPr>
        <w:pStyle w:val="ListBullet"/>
      </w:pPr>
      <w:r>
        <w:t>🔹 “Am I helping devotees grow closer to Krishna, or to myself?”</w:t>
      </w:r>
    </w:p>
    <w:p w14:paraId="11FB74A2" w14:textId="77777777" w:rsidR="003C34A5" w:rsidRDefault="00000000">
      <w:pPr>
        <w:pStyle w:val="ListBullet"/>
      </w:pPr>
      <w:r>
        <w:t>🔹 “Are my words and behavior aligned with the mood of Srila Prabhupada?”</w:t>
      </w:r>
    </w:p>
    <w:p w14:paraId="76B62B36" w14:textId="77777777" w:rsidR="003C34A5" w:rsidRDefault="00000000">
      <w:pPr>
        <w:pStyle w:val="ListBullet"/>
      </w:pPr>
      <w:r>
        <w:t>🔹 “Do I see myself as a servant of the servant, or as a leader above others?”</w:t>
      </w:r>
    </w:p>
    <w:sectPr w:rsidR="003C34A5" w:rsidSect="002659D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9159512">
    <w:abstractNumId w:val="8"/>
  </w:num>
  <w:num w:numId="2" w16cid:durableId="764304092">
    <w:abstractNumId w:val="6"/>
  </w:num>
  <w:num w:numId="3" w16cid:durableId="382099525">
    <w:abstractNumId w:val="5"/>
  </w:num>
  <w:num w:numId="4" w16cid:durableId="1572691959">
    <w:abstractNumId w:val="4"/>
  </w:num>
  <w:num w:numId="5" w16cid:durableId="1715881706">
    <w:abstractNumId w:val="7"/>
  </w:num>
  <w:num w:numId="6" w16cid:durableId="1825387244">
    <w:abstractNumId w:val="3"/>
  </w:num>
  <w:num w:numId="7" w16cid:durableId="232130135">
    <w:abstractNumId w:val="2"/>
  </w:num>
  <w:num w:numId="8" w16cid:durableId="1466316564">
    <w:abstractNumId w:val="1"/>
  </w:num>
  <w:num w:numId="9" w16cid:durableId="2037924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0289F"/>
    <w:rsid w:val="002659DA"/>
    <w:rsid w:val="0029639D"/>
    <w:rsid w:val="00326F90"/>
    <w:rsid w:val="003C34A5"/>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546486"/>
  <w14:defaultImageDpi w14:val="300"/>
  <w15:docId w15:val="{9827440C-A060-49F2-B2E4-63B0EBEAA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270</Words>
  <Characters>1539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Radheshaym Das</cp:lastModifiedBy>
  <cp:revision>3</cp:revision>
  <dcterms:created xsi:type="dcterms:W3CDTF">2013-12-23T23:15:00Z</dcterms:created>
  <dcterms:modified xsi:type="dcterms:W3CDTF">2025-05-29T20:34:00Z</dcterms:modified>
  <cp:category/>
</cp:coreProperties>
</file>